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D38" w:rsidRDefault="00404D38" w:rsidP="00404D38">
      <w:pPr>
        <w:jc w:val="center"/>
        <w:rPr>
          <w:b/>
        </w:rPr>
      </w:pPr>
      <w:r w:rsidRPr="00404D38">
        <w:rPr>
          <w:b/>
        </w:rPr>
        <w:t>EĞİTİM</w:t>
      </w:r>
      <w:r w:rsidRPr="00404D38">
        <w:rPr>
          <w:b/>
        </w:rPr>
        <w:t>CİLER BİRLİĞİ SENDİKASI</w:t>
      </w:r>
    </w:p>
    <w:p w:rsidR="009C04E2" w:rsidRPr="00404D38" w:rsidRDefault="00404D38" w:rsidP="00404D38">
      <w:pPr>
        <w:jc w:val="center"/>
        <w:rPr>
          <w:b/>
          <w:sz w:val="23"/>
        </w:rPr>
      </w:pPr>
      <w:r w:rsidRPr="00404D38">
        <w:rPr>
          <w:b/>
        </w:rPr>
        <w:t>YOZGAT 2 NOLU</w:t>
      </w:r>
      <w:r w:rsidRPr="00404D38">
        <w:rPr>
          <w:b/>
        </w:rPr>
        <w:t xml:space="preserve"> ŞEBE DELEGE SEÇİM İLANI</w:t>
      </w:r>
    </w:p>
    <w:p w:rsidR="009C04E2" w:rsidRDefault="009C04E2">
      <w:pPr>
        <w:jc w:val="both"/>
        <w:rPr>
          <w:sz w:val="23"/>
        </w:rPr>
      </w:pPr>
    </w:p>
    <w:p w:rsidR="009C04E2" w:rsidRDefault="009C04E2" w:rsidP="009C04E2">
      <w:pPr>
        <w:ind w:firstLine="720"/>
        <w:jc w:val="both"/>
      </w:pPr>
      <w:r>
        <w:t>Şubemizin delege seçimleri, aşağıda belirtilen tarih ve yerde gerçekleştirilecektir.</w:t>
      </w:r>
    </w:p>
    <w:p w:rsidR="009C04E2" w:rsidRDefault="009C04E2" w:rsidP="009C04E2">
      <w:pPr>
        <w:ind w:firstLine="720"/>
        <w:jc w:val="both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6236"/>
      </w:tblGrid>
      <w:tr w:rsidR="00324192" w:rsidTr="003F0CFD">
        <w:trPr>
          <w:trHeight w:val="1128"/>
          <w:jc w:val="center"/>
        </w:trPr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404D38" w:rsidRDefault="00404D38">
            <w:pPr>
              <w:rPr>
                <w:b/>
              </w:rPr>
            </w:pPr>
            <w:bookmarkStart w:id="0" w:name="_GoBack"/>
            <w:bookmarkEnd w:id="0"/>
          </w:p>
          <w:p w:rsidR="00324192" w:rsidRDefault="003F0CFD">
            <w:r>
              <w:rPr>
                <w:b/>
              </w:rPr>
              <w:t>Seçim Tarihi</w:t>
            </w:r>
          </w:p>
        </w:tc>
        <w:tc>
          <w:tcPr>
            <w:tcW w:w="62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404D38" w:rsidRDefault="00404D38"/>
          <w:p w:rsidR="00324192" w:rsidRDefault="003F0CFD">
            <w:r>
              <w:t>24 Eylül 2026 Perşembe</w:t>
            </w:r>
          </w:p>
        </w:tc>
      </w:tr>
      <w:tr w:rsidR="00324192" w:rsidTr="003F0CFD">
        <w:trPr>
          <w:trHeight w:val="1128"/>
          <w:jc w:val="center"/>
        </w:trPr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404D38" w:rsidRDefault="00404D38">
            <w:pPr>
              <w:rPr>
                <w:b/>
              </w:rPr>
            </w:pPr>
          </w:p>
          <w:p w:rsidR="00324192" w:rsidRDefault="003F0CFD">
            <w:r>
              <w:rPr>
                <w:b/>
              </w:rPr>
              <w:t>Seçim Saati</w:t>
            </w:r>
          </w:p>
        </w:tc>
        <w:tc>
          <w:tcPr>
            <w:tcW w:w="62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404D38" w:rsidRDefault="00404D38"/>
          <w:p w:rsidR="00324192" w:rsidRDefault="003F0CFD">
            <w:r>
              <w:t>10.00 – 16.00</w:t>
            </w:r>
          </w:p>
        </w:tc>
      </w:tr>
      <w:tr w:rsidR="00324192" w:rsidTr="003F0CFD">
        <w:trPr>
          <w:trHeight w:val="1805"/>
          <w:jc w:val="center"/>
        </w:trPr>
        <w:tc>
          <w:tcPr>
            <w:tcW w:w="226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324192" w:rsidRDefault="003F0CFD">
            <w:r>
              <w:rPr>
                <w:b/>
              </w:rPr>
              <w:t>Seçim Yeri</w:t>
            </w:r>
          </w:p>
        </w:tc>
        <w:tc>
          <w:tcPr>
            <w:tcW w:w="623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:rsidR="003F0CFD" w:rsidRDefault="003F0CFD"/>
          <w:p w:rsidR="00324192" w:rsidRDefault="003F0CFD">
            <w:r>
              <w:t>Yozgat Bozok Üniversitesi</w:t>
            </w:r>
            <w:r>
              <w:br/>
              <w:t>Kongre ve Kültür Merkezi – 2. Kat</w:t>
            </w:r>
            <w:r>
              <w:br/>
              <w:t>Çapanoğlu Salonu</w:t>
            </w:r>
          </w:p>
        </w:tc>
      </w:tr>
    </w:tbl>
    <w:p w:rsidR="00404D38" w:rsidRDefault="00404D38" w:rsidP="00404D38">
      <w:pPr>
        <w:rPr>
          <w:b/>
          <w:sz w:val="23"/>
        </w:rPr>
      </w:pPr>
    </w:p>
    <w:p w:rsidR="00324192" w:rsidRDefault="00404D38" w:rsidP="00404D38">
      <w:r>
        <w:rPr>
          <w:b/>
          <w:sz w:val="23"/>
        </w:rPr>
        <w:t xml:space="preserve">      Üyelerimize</w:t>
      </w:r>
      <w:r w:rsidR="003F0CFD">
        <w:rPr>
          <w:b/>
          <w:sz w:val="23"/>
        </w:rPr>
        <w:t xml:space="preserve"> önemle duyurulur.</w:t>
      </w:r>
    </w:p>
    <w:sectPr w:rsidR="00324192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4192"/>
    <w:rsid w:val="00326F90"/>
    <w:rsid w:val="003F0CFD"/>
    <w:rsid w:val="00404D38"/>
    <w:rsid w:val="00411C5E"/>
    <w:rsid w:val="004B195E"/>
    <w:rsid w:val="005818AE"/>
    <w:rsid w:val="009C04E2"/>
    <w:rsid w:val="00AA1D8D"/>
    <w:rsid w:val="00AA6595"/>
    <w:rsid w:val="00B47730"/>
    <w:rsid w:val="00CB0664"/>
    <w:rsid w:val="00D46E80"/>
    <w:rsid w:val="00F177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3DA6C1-CAAD-4BDB-80FB-74E9A6E5B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hasan can</cp:lastModifiedBy>
  <cp:revision>3</cp:revision>
  <dcterms:created xsi:type="dcterms:W3CDTF">2026-09-13T05:20:00Z</dcterms:created>
  <dcterms:modified xsi:type="dcterms:W3CDTF">2026-09-13T05:20:00Z</dcterms:modified>
</cp:coreProperties>
</file>